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4"/>
        </w:rPr>
        <w:t>RIBIŠKA DRUŽINA LENDAVA</w:t>
      </w:r>
    </w:p>
    <w:p>
      <w:pPr>
        <w:jc w:val="center"/>
      </w:pPr>
      <w:r>
        <w:rPr>
          <w:rFonts w:ascii="Arial" w:hAnsi="Arial"/>
          <w:b w:val="0"/>
          <w:sz w:val="20"/>
        </w:rPr>
        <w:t>Kolodvorska ulica 7/a, 9220 Lendava</w:t>
      </w:r>
    </w:p>
    <w:p/>
    <w:p>
      <w:pPr>
        <w:jc w:val="center"/>
      </w:pPr>
      <w:r>
        <w:rPr>
          <w:rFonts w:ascii="Arial" w:hAnsi="Arial"/>
          <w:b/>
          <w:sz w:val="34"/>
        </w:rPr>
        <w:t>RAZPISNA DOKUMENTACIJA</w:t>
      </w:r>
    </w:p>
    <w:p>
      <w:pPr>
        <w:jc w:val="center"/>
      </w:pPr>
      <w:r>
        <w:rPr>
          <w:rFonts w:ascii="Arial" w:hAnsi="Arial"/>
          <w:b/>
          <w:sz w:val="26"/>
        </w:rPr>
        <w:t>ZA NADOMESTNE VOLITVE PREDSEDNIKA</w:t>
        <w:br/>
        <w:t>RIBIŠKE DRUŽINE LENDAVA</w:t>
      </w:r>
    </w:p>
    <w:p/>
    <w:p>
      <w:pPr>
        <w:jc w:val="center"/>
      </w:pPr>
      <w:r>
        <w:rPr>
          <w:rFonts w:ascii="Arial" w:hAnsi="Arial"/>
          <w:b w:val="0"/>
          <w:sz w:val="20"/>
        </w:rPr>
        <w:t>Pravna podlaga: Statut Ribiške družine Lendava in Pravilnik o kandidacijskem postopku RD Lendava.</w:t>
      </w:r>
    </w:p>
    <w:p/>
    <w:p>
      <w:pPr>
        <w:jc w:val="center"/>
      </w:pPr>
      <w:r>
        <w:rPr>
          <w:rFonts w:ascii="Arial" w:hAnsi="Arial"/>
          <w:b w:val="0"/>
          <w:sz w:val="20"/>
        </w:rPr>
        <w:t>Sklep Upravnega odbora z dne: ______________________________</w:t>
      </w:r>
    </w:p>
    <w:p>
      <w:pPr>
        <w:jc w:val="center"/>
      </w:pPr>
      <w:r>
        <w:rPr>
          <w:rFonts w:ascii="Arial" w:hAnsi="Arial"/>
          <w:b w:val="0"/>
          <w:sz w:val="20"/>
        </w:rPr>
        <w:t>Rok za vložitev kandidatur: ________________________________</w:t>
      </w:r>
    </w:p>
    <w:p>
      <w:pPr>
        <w:jc w:val="center"/>
      </w:pPr>
      <w:r>
        <w:rPr>
          <w:rFonts w:ascii="Arial" w:hAnsi="Arial"/>
          <w:b w:val="0"/>
          <w:sz w:val="20"/>
        </w:rPr>
        <w:t>Predvideni datum volitev: _________________________________</w:t>
      </w:r>
    </w:p>
    <w:p/>
    <w:p>
      <w:r>
        <w:rPr>
          <w:rFonts w:ascii="Arial" w:hAnsi="Arial"/>
          <w:b/>
          <w:sz w:val="20"/>
        </w:rPr>
        <w:t>Dokumentacija vsebuje:</w:t>
      </w:r>
    </w:p>
    <w:p>
      <w:r>
        <w:rPr>
          <w:rFonts w:ascii="Arial" w:hAnsi="Arial"/>
          <w:b w:val="0"/>
          <w:sz w:val="20"/>
        </w:rPr>
        <w:t>1. Razpis za vložitev kandidatur</w:t>
      </w:r>
    </w:p>
    <w:p>
      <w:r>
        <w:rPr>
          <w:rFonts w:ascii="Arial" w:hAnsi="Arial"/>
          <w:b w:val="0"/>
          <w:sz w:val="20"/>
        </w:rPr>
        <w:t>2. Navodila kandidatom in predlagateljem</w:t>
      </w:r>
    </w:p>
    <w:p>
      <w:r>
        <w:rPr>
          <w:rFonts w:ascii="Arial" w:hAnsi="Arial"/>
          <w:b w:val="0"/>
          <w:sz w:val="20"/>
        </w:rPr>
        <w:t>3. Vlogo za kandidaturo</w:t>
      </w:r>
    </w:p>
    <w:p>
      <w:r>
        <w:rPr>
          <w:rFonts w:ascii="Arial" w:hAnsi="Arial"/>
          <w:b w:val="0"/>
          <w:sz w:val="20"/>
        </w:rPr>
        <w:t>4. Izjavo kandidata o soglasju s kandidaturo</w:t>
      </w:r>
    </w:p>
    <w:p>
      <w:r>
        <w:rPr>
          <w:rFonts w:ascii="Arial" w:hAnsi="Arial"/>
          <w:b w:val="0"/>
          <w:sz w:val="20"/>
        </w:rPr>
        <w:t>5. Obrazec osebnega pogleda oziroma programa kandidata</w:t>
      </w:r>
    </w:p>
    <w:p>
      <w:r>
        <w:rPr>
          <w:rFonts w:ascii="Arial" w:hAnsi="Arial"/>
          <w:b w:val="0"/>
          <w:sz w:val="20"/>
        </w:rPr>
        <w:t>6. Kontrolni list kandidacijske komisije</w:t>
      </w:r>
    </w:p>
    <w:p>
      <w:r>
        <w:rPr>
          <w:rFonts w:ascii="Arial" w:hAnsi="Arial"/>
          <w:b w:val="0"/>
          <w:sz w:val="20"/>
        </w:rPr>
        <w:t>7. Evidenco prejetih kandidatur</w:t>
      </w:r>
    </w:p>
    <w:p>
      <w:r>
        <w:br w:type="page"/>
      </w:r>
    </w:p>
    <w:p>
      <w:pPr>
        <w:jc w:val="center"/>
      </w:pPr>
      <w:r>
        <w:rPr>
          <w:rFonts w:ascii="Arial" w:hAnsi="Arial"/>
          <w:b/>
          <w:sz w:val="32"/>
        </w:rPr>
        <w:t>1. RAZPIS ZA VLOŽITEV KANDIDATUR</w:t>
      </w:r>
    </w:p>
    <w:p>
      <w:pPr>
        <w:jc w:val="center"/>
      </w:pPr>
      <w:r>
        <w:rPr>
          <w:rFonts w:ascii="Arial" w:hAnsi="Arial"/>
          <w:b/>
          <w:sz w:val="24"/>
        </w:rPr>
        <w:t>ZA NADOMESTNE VOLITVE PREDSEDNIKA RD LENDAVA</w:t>
      </w:r>
    </w:p>
    <w:p>
      <w:r>
        <w:rPr>
          <w:rFonts w:ascii="Arial" w:hAnsi="Arial"/>
          <w:b w:val="0"/>
          <w:sz w:val="20"/>
        </w:rPr>
        <w:t>Na podlagi Statuta Ribiške družine Lendava, Pravilnika o kandidacijskem postopku Ribiške družine Lendava ter sklepa Upravnega odbora RD Lendava z dne __________________ kandidacijska komisija objavlja razpis za vložitev kandidatur za nadomestne volitve predsednika Ribiške družine Lendava.</w:t>
      </w:r>
    </w:p>
    <w:p>
      <w:pPr>
        <w:pStyle w:val="Heading1"/>
      </w:pPr>
      <w:r>
        <w:t>1. Funkcija, za katero se zbirajo kandidature</w:t>
      </w:r>
    </w:p>
    <w:p>
      <w:r>
        <w:rPr>
          <w:rFonts w:ascii="Arial" w:hAnsi="Arial"/>
          <w:b w:val="0"/>
          <w:sz w:val="20"/>
        </w:rPr>
        <w:t>Kandidature se zbirajo za funkcijo PREDSEDNIKA RIBIŠKE DRUŽINE LENDAVA. Predsednika RD voli Zbor članov RD.</w:t>
      </w:r>
    </w:p>
    <w:p>
      <w:pPr>
        <w:pStyle w:val="Heading1"/>
      </w:pPr>
      <w:r>
        <w:t>2. Kdo lahko vloži kandidaturo</w:t>
      </w:r>
    </w:p>
    <w:p>
      <w:r>
        <w:rPr>
          <w:rFonts w:ascii="Arial" w:hAnsi="Arial"/>
          <w:b w:val="0"/>
          <w:sz w:val="20"/>
        </w:rPr>
        <w:t>Kandidaturo sme vložiti vsak član RD ali organ RD za osebo, ki je v skladu s Statutom RD lahko kandidat.</w:t>
      </w:r>
    </w:p>
    <w:p>
      <w:pPr>
        <w:pStyle w:val="Heading1"/>
      </w:pPr>
      <w:r>
        <w:t>3. Pogoji kandidata</w:t>
      </w:r>
    </w:p>
    <w:p>
      <w:r>
        <w:rPr>
          <w:rFonts w:ascii="Arial" w:hAnsi="Arial"/>
          <w:b w:val="0"/>
          <w:sz w:val="20"/>
        </w:rPr>
        <w:t>Kandidat mora izpolnjevati pogoje za izvolitev po Statutu RD Lendava. Član, ki še ni dopolnil 18 let, ne more biti izvoljen za funkcionarja ali v organ RD.</w:t>
      </w:r>
    </w:p>
    <w:p>
      <w:pPr>
        <w:pStyle w:val="Heading1"/>
      </w:pPr>
      <w:r>
        <w:t>4. Obvezna vsebina kandidature</w:t>
      </w:r>
    </w:p>
    <w:p>
      <w:r>
        <w:rPr>
          <w:rFonts w:ascii="Arial" w:hAnsi="Arial"/>
          <w:b w:val="0"/>
          <w:sz w:val="20"/>
        </w:rPr>
        <w:t>Kandidatura mora vsebovati: osebne podatke kandidata in njegovo dosedanje delo v RD ali na sorodnem področju; utemeljitev kandidature; kandidatov osebni pogled na opravljanje funkcije predsednika in delovanje RD; podpisano izjavo kandidata o pristanku na kandidaturo.</w:t>
      </w:r>
    </w:p>
    <w:p>
      <w:pPr>
        <w:pStyle w:val="Heading1"/>
      </w:pPr>
      <w:r>
        <w:t>5. Rok za vložitev kandidature</w:t>
      </w:r>
    </w:p>
    <w:p>
      <w:r>
        <w:rPr>
          <w:rFonts w:ascii="Arial" w:hAnsi="Arial"/>
          <w:b w:val="0"/>
          <w:sz w:val="20"/>
        </w:rPr>
        <w:t>Rok za vložitev kandidatur je ______________________________ do __________ ure. Kandidatura je pravočasna samo, če do izteka določenega roka prispe na sedež RD Lendava.</w:t>
      </w:r>
    </w:p>
    <w:p>
      <w:pPr>
        <w:pStyle w:val="Heading1"/>
      </w:pPr>
      <w:r>
        <w:t>6. Način oddaje</w:t>
      </w:r>
    </w:p>
    <w:p>
      <w:r>
        <w:rPr>
          <w:rFonts w:ascii="Arial" w:hAnsi="Arial"/>
          <w:b w:val="0"/>
          <w:sz w:val="20"/>
        </w:rPr>
        <w:t>Kandidatura se vloži v zaprti ovojnici na naslov: Ribiška družina Lendava, Kandidacijska komisija, Kolodvorska ulica 7/a, 9220 Lendava. Na ovojnici naj bo navedeno: »KANDIDATURA ZA PREDSEDNIKA RD LENDAVA - NE ODPIRAJ«.</w:t>
      </w:r>
    </w:p>
    <w:p>
      <w:pPr>
        <w:pStyle w:val="Heading1"/>
      </w:pPr>
      <w:r>
        <w:t>7. Obravnava kandidatur</w:t>
      </w:r>
    </w:p>
    <w:p>
      <w:r>
        <w:rPr>
          <w:rFonts w:ascii="Arial" w:hAnsi="Arial"/>
          <w:b w:val="0"/>
          <w:sz w:val="20"/>
        </w:rPr>
        <w:t>Kandidacijska komisija v treh dneh po izteku roka pregleda prispele kandidature in sestavi kandidatno listo. Na kandidatno listo uvrsti samo kandidate iz kandidatur, ki so skladne s Pravilnikom in sklepom o začetku kandidiranja. Vlagateljem nepopolnih kandidatur komisija v naslednjih petih dneh pošlje pisni odgovor z obrazložitvijo zavrnitve.</w:t>
      </w:r>
    </w:p>
    <w:p>
      <w:pPr>
        <w:pStyle w:val="Heading1"/>
      </w:pPr>
      <w:r>
        <w:t>8. Predvideni datum volitev</w:t>
      </w:r>
    </w:p>
    <w:p>
      <w:r>
        <w:rPr>
          <w:rFonts w:ascii="Arial" w:hAnsi="Arial"/>
          <w:b w:val="0"/>
          <w:sz w:val="20"/>
        </w:rPr>
        <w:t>Predvideni datum Zbora članov za izvedbo nadomestnih volitev: ______________________________.</w:t>
      </w:r>
    </w:p>
    <w:p>
      <w:r>
        <w:rPr>
          <w:rFonts w:ascii="Arial" w:hAnsi="Arial"/>
          <w:b w:val="0"/>
          <w:sz w:val="20"/>
        </w:rPr>
        <w:t>V Lendavi, dne __________________</w:t>
      </w:r>
    </w:p>
    <w:p>
      <w:r>
        <w:rPr>
          <w:rFonts w:ascii="Arial" w:hAnsi="Arial"/>
          <w:b/>
          <w:sz w:val="20"/>
        </w:rPr>
        <w:t>KANDIDACIJSKA KOMISIJA RD LENDAVA</w:t>
      </w:r>
    </w:p>
    <w:p>
      <w:r>
        <w:rPr>
          <w:rFonts w:ascii="Arial" w:hAnsi="Arial"/>
          <w:b w:val="0"/>
          <w:sz w:val="20"/>
        </w:rPr>
        <w:t>Predsednik komisije: ____________________________</w:t>
      </w:r>
    </w:p>
    <w:p>
      <w:r>
        <w:rPr>
          <w:rFonts w:ascii="Arial" w:hAnsi="Arial"/>
          <w:b w:val="0"/>
          <w:sz w:val="20"/>
        </w:rPr>
        <w:t>Član: ____________________________</w:t>
      </w:r>
    </w:p>
    <w:p>
      <w:r>
        <w:rPr>
          <w:rFonts w:ascii="Arial" w:hAnsi="Arial"/>
          <w:b w:val="0"/>
          <w:sz w:val="20"/>
        </w:rPr>
        <w:t>Član: ____________________________</w:t>
      </w:r>
    </w:p>
    <w:p>
      <w:r>
        <w:br w:type="page"/>
      </w:r>
    </w:p>
    <w:p>
      <w:pPr>
        <w:jc w:val="center"/>
      </w:pPr>
      <w:r>
        <w:rPr>
          <w:rFonts w:ascii="Arial" w:hAnsi="Arial"/>
          <w:b/>
          <w:sz w:val="32"/>
        </w:rPr>
        <w:t>2. NAVODILA KANDIDATOM IN PREDLAGATELJEM</w:t>
      </w:r>
    </w:p>
    <w:p>
      <w:r>
        <w:rPr>
          <w:rFonts w:ascii="Arial" w:hAnsi="Arial"/>
          <w:b w:val="0"/>
          <w:sz w:val="20"/>
        </w:rPr>
        <w:t>Kandidaturo lahko vloži član RD ali organ RD. Kandidat mora soglašati s kandidaturo in podpisati izjavo o pristanku.</w:t>
      </w:r>
    </w:p>
    <w:p>
      <w:r>
        <w:rPr>
          <w:rFonts w:ascii="Arial" w:hAnsi="Arial"/>
          <w:b w:val="0"/>
          <w:sz w:val="20"/>
        </w:rPr>
        <w:t>Kandidatura mora biti popolna in vsebovati vse sestavine iz 4. člena Pravilnika o kandidacijskem postopku.</w:t>
      </w:r>
    </w:p>
    <w:p>
      <w:r>
        <w:rPr>
          <w:rFonts w:ascii="Arial" w:hAnsi="Arial"/>
          <w:b w:val="0"/>
          <w:sz w:val="20"/>
        </w:rPr>
        <w:t>Za pravilno oddajo kandidature priporočamo: izpolnjeno in podpisano vlogo; opis dosedanjega dela; utemeljitev kandidature; osebni pogled oziroma program kandidata; podpisano izjavo kandidata o soglasju.</w:t>
      </w:r>
    </w:p>
    <w:p>
      <w:r>
        <w:rPr>
          <w:rFonts w:ascii="Arial" w:hAnsi="Arial"/>
          <w:b w:val="0"/>
          <w:sz w:val="20"/>
        </w:rPr>
        <w:t>Kandidatura mora do roka prispeti na sedež RD. Pri pošiljanju po pošti je treba upoštevati čas dostave.</w:t>
      </w:r>
    </w:p>
    <w:p>
      <w:r>
        <w:rPr>
          <w:rFonts w:ascii="Arial" w:hAnsi="Arial"/>
          <w:b w:val="0"/>
          <w:sz w:val="20"/>
        </w:rPr>
        <w:t>Pri osebni oddaji naj se evidentirata datum in čas prejema.</w:t>
      </w:r>
    </w:p>
    <w:p>
      <w:r>
        <w:rPr>
          <w:rFonts w:ascii="Arial" w:hAnsi="Arial"/>
          <w:b w:val="0"/>
          <w:sz w:val="20"/>
        </w:rPr>
        <w:t>Če kandidat odstopi od kandidature, mora kandidacijski komisiji predložiti pisno odstopno izjavo v roku, določenem s Pravilnikom o kandidacijskem postopku.</w:t>
      </w:r>
    </w:p>
    <w:p>
      <w:r>
        <w:br w:type="page"/>
      </w:r>
    </w:p>
    <w:p>
      <w:pPr>
        <w:jc w:val="center"/>
      </w:pPr>
      <w:r>
        <w:rPr>
          <w:rFonts w:ascii="Arial" w:hAnsi="Arial"/>
          <w:b/>
          <w:sz w:val="32"/>
        </w:rPr>
        <w:t>3. VLOGA ZA KANDIDATURO</w:t>
      </w:r>
    </w:p>
    <w:p>
      <w:pPr>
        <w:jc w:val="center"/>
      </w:pPr>
      <w:r>
        <w:rPr>
          <w:rFonts w:ascii="Arial" w:hAnsi="Arial"/>
          <w:b/>
          <w:sz w:val="24"/>
        </w:rPr>
        <w:t>ZA NADOMESTNE VOLITVE PREDSEDNIKA RD LENDAVA</w:t>
      </w:r>
    </w:p>
    <w:p>
      <w:pPr>
        <w:pStyle w:val="Heading1"/>
      </w:pPr>
      <w:r>
        <w:t>A. PREDLAGATELJ KANDIDATURE</w:t>
      </w:r>
    </w:p>
    <w:p>
      <w:r>
        <w:rPr>
          <w:rFonts w:ascii="Arial" w:hAnsi="Arial"/>
          <w:b w:val="0"/>
          <w:sz w:val="20"/>
        </w:rPr>
        <w:t>Kandidaturo vlaga:  ☐ član RD Lendava    ☐ organ RD Lendava</w:t>
      </w:r>
    </w:p>
    <w:p>
      <w:r>
        <w:rPr>
          <w:rFonts w:ascii="Arial" w:hAnsi="Arial"/>
          <w:b w:val="0"/>
          <w:sz w:val="20"/>
        </w:rPr>
        <w:t>Ime in priimek / naziv organa: _________________________________________________</w:t>
      </w:r>
    </w:p>
    <w:p>
      <w:r>
        <w:rPr>
          <w:rFonts w:ascii="Arial" w:hAnsi="Arial"/>
          <w:b w:val="0"/>
          <w:sz w:val="20"/>
        </w:rPr>
        <w:t>Temeljna enota: ______________________________________________________________</w:t>
      </w:r>
    </w:p>
    <w:p>
      <w:r>
        <w:rPr>
          <w:rFonts w:ascii="Arial" w:hAnsi="Arial"/>
          <w:b w:val="0"/>
          <w:sz w:val="20"/>
        </w:rPr>
        <w:t>Naslov: _____________________________________________________________________</w:t>
      </w:r>
    </w:p>
    <w:p>
      <w:r>
        <w:rPr>
          <w:rFonts w:ascii="Arial" w:hAnsi="Arial"/>
          <w:b w:val="0"/>
          <w:sz w:val="20"/>
        </w:rPr>
        <w:t>Telefon / e-pošta: ____________________________________________________________</w:t>
      </w:r>
    </w:p>
    <w:p>
      <w:pPr>
        <w:pStyle w:val="Heading1"/>
      </w:pPr>
      <w:r>
        <w:t>B. PODATKI O KANDIDATU</w:t>
      </w:r>
    </w:p>
    <w:p>
      <w:r>
        <w:rPr>
          <w:rFonts w:ascii="Arial" w:hAnsi="Arial"/>
          <w:b w:val="0"/>
          <w:sz w:val="20"/>
        </w:rPr>
        <w:t>Ime in priimek: ______________________________________________________________</w:t>
      </w:r>
    </w:p>
    <w:p>
      <w:r>
        <w:rPr>
          <w:rFonts w:ascii="Arial" w:hAnsi="Arial"/>
          <w:b w:val="0"/>
          <w:sz w:val="20"/>
        </w:rPr>
        <w:t>Naslov: _____________________________________________________________________</w:t>
      </w:r>
    </w:p>
    <w:p>
      <w:r>
        <w:rPr>
          <w:rFonts w:ascii="Arial" w:hAnsi="Arial"/>
          <w:b w:val="0"/>
          <w:sz w:val="20"/>
        </w:rPr>
        <w:t>Datum rojstva: _______________________________________________________________</w:t>
      </w:r>
    </w:p>
    <w:p>
      <w:r>
        <w:rPr>
          <w:rFonts w:ascii="Arial" w:hAnsi="Arial"/>
          <w:b w:val="0"/>
          <w:sz w:val="20"/>
        </w:rPr>
        <w:t>Temeljna enota RD: ___________________________________________________________</w:t>
      </w:r>
    </w:p>
    <w:p>
      <w:r>
        <w:rPr>
          <w:rFonts w:ascii="Arial" w:hAnsi="Arial"/>
          <w:b w:val="0"/>
          <w:sz w:val="20"/>
        </w:rPr>
        <w:t>Telefon: __________________________  E-pošta: _________________________________</w:t>
      </w:r>
    </w:p>
    <w:p>
      <w:pPr>
        <w:pStyle w:val="Heading1"/>
      </w:pPr>
      <w:r>
        <w:t>C. DOSEDANJE DELO KANDIDATA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pPr>
        <w:pStyle w:val="Heading1"/>
      </w:pPr>
      <w:r>
        <w:t>D. UTEMELJITEV KANDIDATURE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Kraj in datum: __________________________</w:t>
      </w:r>
    </w:p>
    <w:p>
      <w:r>
        <w:rPr>
          <w:rFonts w:ascii="Arial" w:hAnsi="Arial"/>
          <w:b w:val="0"/>
          <w:sz w:val="20"/>
        </w:rPr>
        <w:t>Podpis predlagatelja: _________________________________</w:t>
      </w:r>
    </w:p>
    <w:p>
      <w:r>
        <w:br w:type="page"/>
      </w:r>
    </w:p>
    <w:p>
      <w:pPr>
        <w:jc w:val="center"/>
      </w:pPr>
      <w:r>
        <w:rPr>
          <w:rFonts w:ascii="Arial" w:hAnsi="Arial"/>
          <w:b/>
          <w:sz w:val="32"/>
        </w:rPr>
        <w:t>4. IZJAVA KANDIDATA O SOGLASJU S KANDIDATURO</w:t>
      </w:r>
    </w:p>
    <w:p>
      <w:r>
        <w:rPr>
          <w:rFonts w:ascii="Arial" w:hAnsi="Arial"/>
          <w:b w:val="0"/>
          <w:sz w:val="20"/>
        </w:rPr>
        <w:t>Spodaj podpisani/a</w:t>
      </w:r>
    </w:p>
    <w:p>
      <w:r>
        <w:rPr>
          <w:rFonts w:ascii="Arial" w:hAnsi="Arial"/>
          <w:b w:val="0"/>
          <w:sz w:val="20"/>
        </w:rPr>
        <w:t>Ime in priimek: ______________________________________________________________</w:t>
      </w:r>
    </w:p>
    <w:p>
      <w:r>
        <w:rPr>
          <w:rFonts w:ascii="Arial" w:hAnsi="Arial"/>
          <w:b w:val="0"/>
          <w:sz w:val="20"/>
        </w:rPr>
        <w:t>Naslov: _____________________________________________________________________</w:t>
      </w:r>
    </w:p>
    <w:p>
      <w:r>
        <w:rPr>
          <w:rFonts w:ascii="Arial" w:hAnsi="Arial"/>
          <w:b w:val="0"/>
          <w:sz w:val="20"/>
        </w:rPr>
        <w:t>Datum rojstva: _______________________________________________________________</w:t>
      </w:r>
    </w:p>
    <w:p/>
    <w:p>
      <w:r>
        <w:rPr>
          <w:rFonts w:ascii="Arial" w:hAnsi="Arial"/>
          <w:b/>
          <w:sz w:val="20"/>
        </w:rPr>
        <w:t>izjavljam, da soglašam s kandidaturo za funkcijo predsednika Ribiške družine Lendava v postopku nadomestnih volitev.</w:t>
      </w:r>
    </w:p>
    <w:p>
      <w:r>
        <w:rPr>
          <w:rFonts w:ascii="Arial" w:hAnsi="Arial"/>
          <w:b w:val="0"/>
          <w:sz w:val="20"/>
        </w:rPr>
        <w:t>Seznanjen/a sem, da bo moja kandidatura obravnavana v skladu s Statutom RD Lendava, Pravilnikom o kandidacijskem postopku RD Lendava in sklepom Upravnega odbora o začetku kandidacijskega postopka.</w:t>
      </w:r>
    </w:p>
    <w:p>
      <w:r>
        <w:rPr>
          <w:rFonts w:ascii="Arial" w:hAnsi="Arial"/>
          <w:b w:val="0"/>
          <w:sz w:val="20"/>
        </w:rPr>
        <w:t>S podpisom potrjujem svoj pristanek na kandidaturo.</w:t>
      </w:r>
    </w:p>
    <w:p/>
    <w:p>
      <w:r>
        <w:rPr>
          <w:rFonts w:ascii="Arial" w:hAnsi="Arial"/>
          <w:b w:val="0"/>
          <w:sz w:val="20"/>
        </w:rPr>
        <w:t>Kraj: _____________________________</w:t>
      </w:r>
    </w:p>
    <w:p>
      <w:r>
        <w:rPr>
          <w:rFonts w:ascii="Arial" w:hAnsi="Arial"/>
          <w:b w:val="0"/>
          <w:sz w:val="20"/>
        </w:rPr>
        <w:t>Datum: ____________________________</w:t>
      </w:r>
    </w:p>
    <w:p/>
    <w:p>
      <w:r>
        <w:rPr>
          <w:rFonts w:ascii="Arial" w:hAnsi="Arial"/>
          <w:b w:val="0"/>
          <w:sz w:val="20"/>
        </w:rPr>
        <w:t>Podpis kandidata: ______________________________________</w:t>
      </w:r>
    </w:p>
    <w:p>
      <w:r>
        <w:br w:type="page"/>
      </w:r>
    </w:p>
    <w:p>
      <w:pPr>
        <w:jc w:val="center"/>
      </w:pPr>
      <w:r>
        <w:rPr>
          <w:rFonts w:ascii="Arial" w:hAnsi="Arial"/>
          <w:b/>
          <w:sz w:val="32"/>
        </w:rPr>
        <w:t>5. OSEBNI POGLED / PROGRAM KANDIDATA</w:t>
      </w:r>
    </w:p>
    <w:p>
      <w:pPr>
        <w:jc w:val="center"/>
      </w:pPr>
      <w:r>
        <w:rPr>
          <w:rFonts w:ascii="Arial" w:hAnsi="Arial"/>
          <w:b/>
          <w:sz w:val="22"/>
        </w:rPr>
        <w:t>ZA OPRAVLJANJE FUNKCIJE PREDSEDNIKA IN DELOVANJE RD LENDAVA</w:t>
      </w:r>
    </w:p>
    <w:p>
      <w:r>
        <w:rPr>
          <w:rFonts w:ascii="Arial" w:hAnsi="Arial"/>
          <w:b w:val="0"/>
          <w:sz w:val="20"/>
        </w:rPr>
        <w:t>Ime in priimek kandidata: _____________________________________________________</w:t>
      </w:r>
    </w:p>
    <w:p>
      <w:r>
        <w:rPr>
          <w:rFonts w:ascii="Arial" w:hAnsi="Arial"/>
          <w:b w:val="0"/>
          <w:sz w:val="20"/>
        </w:rPr>
        <w:t>Kandidat predstavi svoj pogled na opravljanje funkcije predsednika, delovanje RD, glavne cilje, prednostne naloge in način sodelovanja z organi ter člani RD.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br w:type="page"/>
      </w:r>
    </w:p>
    <w:p>
      <w:pPr>
        <w:jc w:val="center"/>
      </w:pPr>
      <w:r>
        <w:rPr>
          <w:rFonts w:ascii="Arial" w:hAnsi="Arial"/>
          <w:b/>
          <w:sz w:val="32"/>
        </w:rPr>
        <w:t>6. KONTROLNI LIST KANDIDACIJSKE KOMISIJE</w:t>
      </w:r>
    </w:p>
    <w:p>
      <w:r>
        <w:rPr>
          <w:rFonts w:ascii="Arial" w:hAnsi="Arial"/>
          <w:b w:val="0"/>
          <w:sz w:val="20"/>
        </w:rPr>
        <w:t>Kandidat: ____________________________________________________________________</w:t>
      </w:r>
    </w:p>
    <w:p>
      <w:r>
        <w:rPr>
          <w:rFonts w:ascii="Arial" w:hAnsi="Arial"/>
          <w:b w:val="0"/>
          <w:sz w:val="20"/>
        </w:rPr>
        <w:t>Predlagatelj: _________________________________________________________________</w:t>
      </w:r>
    </w:p>
    <w:p>
      <w:r>
        <w:rPr>
          <w:rFonts w:ascii="Arial" w:hAnsi="Arial"/>
          <w:b w:val="0"/>
          <w:sz w:val="20"/>
        </w:rPr>
        <w:t>Datum prejema: ____________________  Ura prejema: _____________________________</w:t>
      </w:r>
    </w:p>
    <w:p>
      <w:r>
        <w:rPr>
          <w:rFonts w:ascii="Arial" w:hAnsi="Arial"/>
          <w:b w:val="0"/>
          <w:sz w:val="20"/>
        </w:rPr>
        <w:t>Evidenčna številka: ___________________________________________________________</w:t>
      </w:r>
    </w:p>
    <w:p>
      <w:pPr>
        <w:pStyle w:val="Heading1"/>
      </w:pPr>
      <w:r>
        <w:t>PREVERJANJE</w:t>
      </w:r>
    </w:p>
    <w:p>
      <w:r>
        <w:rPr>
          <w:rFonts w:ascii="Arial" w:hAnsi="Arial"/>
          <w:b w:val="0"/>
          <w:sz w:val="20"/>
        </w:rPr>
        <w:t>☐ Kandidatura je bila prejeta pravočasno.</w:t>
      </w:r>
    </w:p>
    <w:p>
      <w:r>
        <w:rPr>
          <w:rFonts w:ascii="Arial" w:hAnsi="Arial"/>
          <w:b w:val="0"/>
          <w:sz w:val="20"/>
        </w:rPr>
        <w:t>☐ Kandidat izpolnjuje pogoje po Statutu RD Lendava.</w:t>
      </w:r>
    </w:p>
    <w:p>
      <w:r>
        <w:rPr>
          <w:rFonts w:ascii="Arial" w:hAnsi="Arial"/>
          <w:b w:val="0"/>
          <w:sz w:val="20"/>
        </w:rPr>
        <w:t>☐ Kandidaturo je vložil upravičen predlagatelj.</w:t>
      </w:r>
    </w:p>
    <w:p>
      <w:r>
        <w:rPr>
          <w:rFonts w:ascii="Arial" w:hAnsi="Arial"/>
          <w:b w:val="0"/>
          <w:sz w:val="20"/>
        </w:rPr>
        <w:t>☐ Navedeni so osebni podatki kandidata.</w:t>
      </w:r>
    </w:p>
    <w:p>
      <w:r>
        <w:rPr>
          <w:rFonts w:ascii="Arial" w:hAnsi="Arial"/>
          <w:b w:val="0"/>
          <w:sz w:val="20"/>
        </w:rPr>
        <w:t>☐ Navedeno je dosedanje delo kandidata v RD ali na sorodnem področju.</w:t>
      </w:r>
    </w:p>
    <w:p>
      <w:r>
        <w:rPr>
          <w:rFonts w:ascii="Arial" w:hAnsi="Arial"/>
          <w:b w:val="0"/>
          <w:sz w:val="20"/>
        </w:rPr>
        <w:t>☐ Kandidatura vsebuje utemeljitev.</w:t>
      </w:r>
    </w:p>
    <w:p>
      <w:r>
        <w:rPr>
          <w:rFonts w:ascii="Arial" w:hAnsi="Arial"/>
          <w:b w:val="0"/>
          <w:sz w:val="20"/>
        </w:rPr>
        <w:t>☐ Priložen je osebni pogled kandidata na opravljanje funkcije in delovanje RD.</w:t>
      </w:r>
    </w:p>
    <w:p>
      <w:r>
        <w:rPr>
          <w:rFonts w:ascii="Arial" w:hAnsi="Arial"/>
          <w:b w:val="0"/>
          <w:sz w:val="20"/>
        </w:rPr>
        <w:t>☐ Priložena je podpisana izjava kandidata o pristanku na kandidaturo.</w:t>
      </w:r>
    </w:p>
    <w:p>
      <w:pPr>
        <w:pStyle w:val="Heading1"/>
      </w:pPr>
      <w:r>
        <w:t>UGOTOVITEV KOMISIJE</w:t>
      </w:r>
    </w:p>
    <w:p>
      <w:r>
        <w:rPr>
          <w:rFonts w:ascii="Arial" w:hAnsi="Arial"/>
          <w:b w:val="0"/>
          <w:sz w:val="20"/>
        </w:rPr>
        <w:t>☐ Kandidatura je popolna in se kandidat uvrsti na kandidatno listo.</w:t>
      </w:r>
    </w:p>
    <w:p>
      <w:r>
        <w:rPr>
          <w:rFonts w:ascii="Arial" w:hAnsi="Arial"/>
          <w:b w:val="0"/>
          <w:sz w:val="20"/>
        </w:rPr>
        <w:t>☐ Kandidatura ni popolna oziroma ni skladna z razpisom in veljavnimi akti.</w:t>
      </w:r>
    </w:p>
    <w:p>
      <w:r>
        <w:rPr>
          <w:rFonts w:ascii="Arial" w:hAnsi="Arial"/>
          <w:b w:val="0"/>
          <w:sz w:val="20"/>
        </w:rPr>
        <w:t>Obrazložitev: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_______________________________________________________________________________________________</w:t>
      </w:r>
    </w:p>
    <w:p>
      <w:r>
        <w:rPr>
          <w:rFonts w:ascii="Arial" w:hAnsi="Arial"/>
          <w:b w:val="0"/>
          <w:sz w:val="20"/>
        </w:rPr>
        <w:t>Datum obravnave: ______________________________</w:t>
      </w:r>
    </w:p>
    <w:p>
      <w:r>
        <w:rPr>
          <w:rFonts w:ascii="Arial" w:hAnsi="Arial"/>
          <w:b w:val="0"/>
          <w:sz w:val="20"/>
        </w:rPr>
        <w:t>Predsednik komisije: __________________________</w:t>
      </w:r>
    </w:p>
    <w:p>
      <w:r>
        <w:rPr>
          <w:rFonts w:ascii="Arial" w:hAnsi="Arial"/>
          <w:b w:val="0"/>
          <w:sz w:val="20"/>
        </w:rPr>
        <w:t>Član: ________________________________________</w:t>
      </w:r>
    </w:p>
    <w:p>
      <w:r>
        <w:rPr>
          <w:rFonts w:ascii="Arial" w:hAnsi="Arial"/>
          <w:b w:val="0"/>
          <w:sz w:val="20"/>
        </w:rPr>
        <w:t>Član: ________________________________________</w:t>
      </w:r>
    </w:p>
    <w:p>
      <w:r>
        <w:br w:type="page"/>
      </w:r>
    </w:p>
    <w:p>
      <w:pPr>
        <w:jc w:val="center"/>
      </w:pPr>
      <w:r>
        <w:rPr>
          <w:rFonts w:ascii="Arial" w:hAnsi="Arial"/>
          <w:b/>
          <w:sz w:val="32"/>
        </w:rPr>
        <w:t>7. EVIDENCA PREJETIH KANDIDATUR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vAlign w:val="center"/>
          </w:tcPr>
          <w:p>
            <w:r>
              <w:rPr>
                <w:rFonts w:ascii="Arial" w:hAnsi="Arial"/>
                <w:b/>
                <w:sz w:val="16"/>
              </w:rPr>
              <w:t>Zap. št.</w:t>
            </w:r>
          </w:p>
        </w:tc>
        <w:tc>
          <w:tcPr>
            <w:tcW w:type="dxa" w:w="1662"/>
            <w:vAlign w:val="center"/>
          </w:tcPr>
          <w:p>
            <w:r>
              <w:rPr>
                <w:rFonts w:ascii="Arial" w:hAnsi="Arial"/>
                <w:b/>
                <w:sz w:val="16"/>
              </w:rPr>
              <w:t>Datum / ura</w:t>
            </w:r>
          </w:p>
        </w:tc>
        <w:tc>
          <w:tcPr>
            <w:tcW w:type="dxa" w:w="1662"/>
            <w:vAlign w:val="center"/>
          </w:tcPr>
          <w:p>
            <w:r>
              <w:rPr>
                <w:rFonts w:ascii="Arial" w:hAnsi="Arial"/>
                <w:b/>
                <w:sz w:val="16"/>
              </w:rPr>
              <w:t>Kandidat</w:t>
            </w:r>
          </w:p>
        </w:tc>
        <w:tc>
          <w:tcPr>
            <w:tcW w:type="dxa" w:w="1662"/>
            <w:vAlign w:val="center"/>
          </w:tcPr>
          <w:p>
            <w:r>
              <w:rPr>
                <w:rFonts w:ascii="Arial" w:hAnsi="Arial"/>
                <w:b/>
                <w:sz w:val="16"/>
              </w:rPr>
              <w:t>Predlagatelj</w:t>
            </w:r>
          </w:p>
        </w:tc>
        <w:tc>
          <w:tcPr>
            <w:tcW w:type="dxa" w:w="1662"/>
            <w:vAlign w:val="center"/>
          </w:tcPr>
          <w:p>
            <w:r>
              <w:rPr>
                <w:rFonts w:ascii="Arial" w:hAnsi="Arial"/>
                <w:b/>
                <w:sz w:val="16"/>
              </w:rPr>
              <w:t>Način prejema</w:t>
            </w:r>
          </w:p>
        </w:tc>
        <w:tc>
          <w:tcPr>
            <w:tcW w:type="dxa" w:w="1662"/>
            <w:vAlign w:val="center"/>
          </w:tcPr>
          <w:p>
            <w:r>
              <w:rPr>
                <w:rFonts w:ascii="Arial" w:hAnsi="Arial"/>
                <w:b/>
                <w:sz w:val="16"/>
              </w:rPr>
              <w:t>Opomba</w:t>
            </w:r>
          </w:p>
        </w:tc>
      </w:tr>
      <w:tr>
        <w:tc>
          <w:tcPr>
            <w:tcW w:type="dxa" w:w="1662"/>
            <w:vAlign w:val="center"/>
          </w:tcPr>
          <w:p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</w:tr>
      <w:tr>
        <w:tc>
          <w:tcPr>
            <w:tcW w:type="dxa" w:w="1662"/>
            <w:vAlign w:val="center"/>
          </w:tcPr>
          <w:p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</w:tr>
      <w:tr>
        <w:tc>
          <w:tcPr>
            <w:tcW w:type="dxa" w:w="1662"/>
            <w:vAlign w:val="center"/>
          </w:tcPr>
          <w:p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</w:tr>
      <w:tr>
        <w:tc>
          <w:tcPr>
            <w:tcW w:type="dxa" w:w="1662"/>
            <w:vAlign w:val="center"/>
          </w:tcPr>
          <w:p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</w:tr>
      <w:tr>
        <w:tc>
          <w:tcPr>
            <w:tcW w:type="dxa" w:w="1662"/>
            <w:vAlign w:val="center"/>
          </w:tcPr>
          <w:p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</w:tr>
      <w:tr>
        <w:tc>
          <w:tcPr>
            <w:tcW w:type="dxa" w:w="1662"/>
            <w:vAlign w:val="center"/>
          </w:tcPr>
          <w:p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</w:tr>
      <w:tr>
        <w:tc>
          <w:tcPr>
            <w:tcW w:type="dxa" w:w="1662"/>
            <w:vAlign w:val="center"/>
          </w:tcPr>
          <w:p>
            <w:r>
              <w:rPr>
                <w:rFonts w:ascii="Arial" w:hAnsi="Arial"/>
                <w:sz w:val="16"/>
              </w:rPr>
              <w:t>7</w:t>
            </w:r>
          </w:p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</w:tr>
      <w:tr>
        <w:tc>
          <w:tcPr>
            <w:tcW w:type="dxa" w:w="1662"/>
            <w:vAlign w:val="center"/>
          </w:tcPr>
          <w:p>
            <w:r>
              <w:rPr>
                <w:rFonts w:ascii="Arial" w:hAnsi="Arial"/>
                <w:sz w:val="16"/>
              </w:rPr>
              <w:t>8</w:t>
            </w:r>
          </w:p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</w:tr>
      <w:tr>
        <w:tc>
          <w:tcPr>
            <w:tcW w:type="dxa" w:w="1662"/>
            <w:vAlign w:val="center"/>
          </w:tcPr>
          <w:p>
            <w:r>
              <w:rPr>
                <w:rFonts w:ascii="Arial" w:hAnsi="Arial"/>
                <w:sz w:val="16"/>
              </w:rPr>
              <w:t>9</w:t>
            </w:r>
          </w:p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</w:tr>
      <w:tr>
        <w:tc>
          <w:tcPr>
            <w:tcW w:type="dxa" w:w="1662"/>
            <w:vAlign w:val="center"/>
          </w:tcPr>
          <w:p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  <w:tc>
          <w:tcPr>
            <w:tcW w:type="dxa" w:w="1662"/>
            <w:vAlign w:val="center"/>
          </w:tcPr>
          <w:p/>
        </w:tc>
      </w:tr>
    </w:tbl>
    <w:p/>
    <w:p>
      <w:r>
        <w:rPr>
          <w:rFonts w:ascii="Arial" w:hAnsi="Arial"/>
          <w:b w:val="0"/>
          <w:sz w:val="20"/>
        </w:rPr>
        <w:t>Evidenco vodi: __________________________________________</w:t>
      </w:r>
    </w:p>
    <w:p>
      <w:r>
        <w:rPr>
          <w:rFonts w:ascii="Arial" w:hAnsi="Arial"/>
          <w:b w:val="0"/>
          <w:sz w:val="20"/>
        </w:rPr>
        <w:t>Datum zaključka sprejemanja kandidatur: __________________</w:t>
      </w:r>
    </w:p>
    <w:p/>
    <w:p>
      <w:r>
        <w:rPr>
          <w:rFonts w:ascii="Arial" w:hAnsi="Arial"/>
          <w:b/>
          <w:sz w:val="20"/>
        </w:rPr>
        <w:t>OPOMBA</w:t>
      </w:r>
    </w:p>
    <w:p>
      <w:r>
        <w:rPr>
          <w:rFonts w:ascii="Arial" w:hAnsi="Arial"/>
          <w:b w:val="0"/>
          <w:sz w:val="20"/>
        </w:rPr>
        <w:t>Pred objavo se v dokumentacijo vpišejo podatki iz dejanskega sklepa Upravnega odbora: datum sklepa, rok za vložitev kandidatur in predvideni datum volitev.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